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Surat Lamaran Kerja</w:t>
      </w:r>
    </w:p>
    <w:p>
      <w:r>
        <w:rPr>
          <w:sz w:val="20"/>
        </w:rPr>
        <w:t>Ganti seluruh teks dalam tanda kurung siku dengan informasi Anda. Hapus baris yang tidak diperlukan sebelum digunakan.</w:t>
      </w:r>
    </w:p>
    <w:p>
      <w:pPr>
        <w:pStyle w:val="Heading1"/>
      </w:pPr>
      <w:r>
        <w:t>Tanggal dan tujuan</w:t>
      </w:r>
    </w:p>
    <w:p>
      <w:r>
        <w:t>[Kota], [Tanggal bulan tahun]</w:t>
      </w:r>
    </w:p>
    <w:p>
      <w:r>
        <w:t>Yth. [Nama penerima atau Tim Rekrutmen]</w:t>
      </w:r>
    </w:p>
    <w:p>
      <w:r>
        <w:t>[Nama perusahaan]</w:t>
      </w:r>
    </w:p>
    <w:p>
      <w:pPr>
        <w:pStyle w:val="Heading1"/>
      </w:pPr>
      <w:r>
        <w:t>Isi surat</w:t>
      </w:r>
    </w:p>
    <w:p>
      <w:r>
        <w:t>Dengan hormat,</w:t>
      </w:r>
    </w:p>
    <w:p>
      <w:r>
        <w:t>Saya mengajukan lamaran untuk posisi [nama posisi] berdasarkan informasi dari [sumber lowongan].</w:t>
      </w:r>
    </w:p>
    <w:p>
      <w:r>
        <w:t>Saya memiliki pengalaman atau kemampuan dalam [bidang relevan]. Pada [pengalaman/proyek], saya [kontribusi dan hasil yang dapat dibuktikan]. Saya berharap dapat berkontribusi pada [kebutuhan terkait posisi].</w:t>
      </w:r>
    </w:p>
    <w:p>
      <w:r>
        <w:t>Sebagai bahan pertimbangan, saya melampirkan [daftar berkas sesuai persyaratan]. Saya dapat dihubungi melalui [telepon] atau [email].</w:t>
      </w:r>
    </w:p>
    <w:p>
      <w:r>
        <w:t>Terima kasih atas waktu dan pertimbangan Bapak/Ibu.</w:t>
      </w:r>
    </w:p>
    <w:p>
      <w:pPr>
        <w:pStyle w:val="Heading1"/>
      </w:pPr>
      <w:r>
        <w:t>Penutup</w:t>
      </w:r>
    </w:p>
    <w:p>
      <w:r>
        <w:t>Hormat saya,</w:t>
      </w:r>
    </w:p>
    <w:p>
      <w:r>
        <w:t>[Nama lengkap]</w:t>
      </w:r>
    </w:p>
    <w:sectPr w:rsidR="00FC693F" w:rsidRPr="0006063C" w:rsidSect="00034616">
      <w:footerReference w:type="default" r:id="rId9"/>
      <w:pgSz w:w="12240" w:h="15840"/>
      <w:pgMar w:top="1008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86B80"/>
        <w:sz w:val="18"/>
      </w:rPr>
      <w:t>Template gratis Nugasin | nugasin.com/template-gratis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18334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18334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Surat Lamaran Kerja</dc:title>
  <dc:subject>Susunan surat lamaran yang singkat dengan tujuan, pengalaman relevan, dan lampiran.</dc:subject>
  <dc:creator>Nugasin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