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 Jasa</w:t>
      </w:r>
    </w:p>
    <w:p>
      <w:r>
        <w:rPr>
          <w:sz w:val="20"/>
        </w:rPr>
        <w:t>Ganti seluruh teks dalam tanda kurung siku dengan informasi Anda. Hapus baris yang tidak diperlukan sebelum digunakan.</w:t>
      </w:r>
    </w:p>
    <w:p>
      <w:pPr>
        <w:pStyle w:val="Heading1"/>
      </w:pPr>
      <w:r>
        <w:t>Identitas invoice</w:t>
      </w:r>
    </w:p>
    <w:p>
      <w:r>
        <w:t>Nomor [INV-0001] | Tanggal [Tanggal] | Jatuh tempo [Tanggal]</w:t>
      </w:r>
    </w:p>
    <w:p>
      <w:r>
        <w:t>Dari [Nama usaha/freelancer, alamat, dan kontak]</w:t>
      </w:r>
    </w:p>
    <w:p>
      <w:r>
        <w:t>Ditagihkan kepada [Nama pelanggan dan kontak]</w:t>
      </w:r>
    </w:p>
    <w:p>
      <w:pPr>
        <w:pStyle w:val="Heading1"/>
      </w:pPr>
      <w:r>
        <w:t>Rincian pekerjaan</w:t>
      </w:r>
    </w:p>
    <w:p>
      <w:r>
        <w:t>[Deskripsi pekerjaan] | [Jumlah] | Rp [Harga satuan] | Rp [Subtotal]</w:t>
      </w:r>
    </w:p>
    <w:p>
      <w:r>
        <w:t>[Deskripsi pekerjaan tambahan jika ada] | [Jumlah] | Rp [Harga satuan] | Rp [Subtotal]</w:t>
      </w:r>
    </w:p>
    <w:p>
      <w:pPr>
        <w:pStyle w:val="Heading1"/>
      </w:pPr>
      <w:r>
        <w:t>Total tagihan</w:t>
      </w:r>
    </w:p>
    <w:p>
      <w:r>
        <w:t>Subtotal Rp [nominal]</w:t>
      </w:r>
    </w:p>
    <w:p>
      <w:r>
        <w:t>Diskon Rp [nominal jika ada]</w:t>
      </w:r>
    </w:p>
    <w:p>
      <w:r>
        <w:t>Pajak Rp [nominal jika berlaku]</w:t>
      </w:r>
    </w:p>
    <w:p>
      <w:r>
        <w:t>Total Rp [nominal]</w:t>
      </w:r>
    </w:p>
    <w:p>
      <w:r>
        <w:t>Sudah dibayar Rp [nominal]</w:t>
      </w:r>
    </w:p>
    <w:p>
      <w:r>
        <w:t>Sisa tagihan Rp [nominal]</w:t>
      </w:r>
    </w:p>
    <w:p>
      <w:pPr>
        <w:pStyle w:val="Heading1"/>
      </w:pPr>
      <w:r>
        <w:t>Pembayaran dan catatan</w:t>
      </w:r>
    </w:p>
    <w:p>
      <w:r>
        <w:t>Bank/metode [Nama bank/metode] | Nomor [Nomor rekening] | Atas nama [Nama]</w:t>
      </w:r>
    </w:p>
    <w:p>
      <w:r>
        <w:t>[Referensi pembayaran dan ketentuan yang telah disepakati.]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86B80"/>
        <w:sz w:val="18"/>
      </w:rPr>
      <w:t>Template gratis Nugasin | nugasin.com/template-gratis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8334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833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Jasa</dc:title>
  <dc:subject>Invoice sederhana untuk mencatat rincian pekerjaan, nominal, jatuh tempo, dan pembayaran.</dc:subject>
  <dc:creator>Nugasin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