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Ringkas</w:t>
      </w:r>
    </w:p>
    <w:p>
      <w:r>
        <w:rPr>
          <w:sz w:val="20"/>
        </w:rPr>
        <w:t>Ganti seluruh teks dalam tanda kurung siku dengan informasi Anda. Hapus baris yang tidak diperlukan sebelum digunakan.</w:t>
      </w:r>
    </w:p>
    <w:p>
      <w:pPr>
        <w:pStyle w:val="Heading1"/>
      </w:pPr>
      <w:r>
        <w:t>Identitas</w:t>
      </w:r>
    </w:p>
    <w:p>
      <w:r>
        <w:t>[NAMA LENGKAP]</w:t>
      </w:r>
    </w:p>
    <w:p>
      <w:r>
        <w:t>[Posisi atau bidang keahlian]</w:t>
      </w:r>
    </w:p>
    <w:p>
      <w:r>
        <w:t>[Kota] | [Email] | [Telepon] | [Tautan portofolio]</w:t>
      </w:r>
    </w:p>
    <w:p>
      <w:pPr>
        <w:pStyle w:val="Heading1"/>
      </w:pPr>
      <w:r>
        <w:t>Ringkasan profil</w:t>
      </w:r>
    </w:p>
    <w:p>
      <w:r>
        <w:t>[Ringkasan 2-3 kalimat tentang pengalaman, keahlian utama, dan relevansi dengan posisi yang dituju.]</w:t>
      </w:r>
    </w:p>
    <w:p>
      <w:pPr>
        <w:pStyle w:val="Heading1"/>
      </w:pPr>
      <w:r>
        <w:t>Pengalaman</w:t>
      </w:r>
    </w:p>
    <w:p>
      <w:r>
        <w:t>[Jabatan] - [Nama perusahaan] | [Bulan tahun mulai sampai selesai]</w:t>
      </w:r>
    </w:p>
    <w:p>
      <w:r>
        <w:t>[Tanggung jawab utama dan hasil pekerjaan yang benar-benar Anda capai.]</w:t>
      </w:r>
    </w:p>
    <w:p>
      <w:pPr>
        <w:pStyle w:val="Heading1"/>
      </w:pPr>
      <w:r>
        <w:t>Pendidikan</w:t>
      </w:r>
    </w:p>
    <w:p>
      <w:r>
        <w:t>[Program studi atau jurusan] - [Institusi] | [Tahun]</w:t>
      </w:r>
    </w:p>
    <w:p>
      <w:r>
        <w:t>[Proyek, kegiatan, atau pencapaian yang relevan.]</w:t>
      </w:r>
    </w:p>
    <w:p>
      <w:pPr>
        <w:pStyle w:val="Heading1"/>
      </w:pPr>
      <w:r>
        <w:t>Keahlian</w:t>
      </w:r>
    </w:p>
    <w:p>
      <w:r>
        <w:t>[Keahlian teknis] | [Perangkat kerja] | [Bahasa]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B80"/>
        <w:sz w:val="18"/>
      </w:rPr>
      <w:t>Template gratis Nugasin | nugasin.com/template-gratis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Ringkas</dc:title>
  <dc:subject>CV satu kolom dengan bagian profil, pengalaman, pendidikan, dan keahlian.</dc:subject>
  <dc:creator>Nugasin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